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EFDF" w14:textId="77777777" w:rsidR="00CF4D68" w:rsidRDefault="00000000" w:rsidP="00567A63">
      <w:pPr>
        <w:spacing w:after="40"/>
        <w:jc w:val="center"/>
      </w:pPr>
      <w:r>
        <w:rPr>
          <w:b/>
          <w:color w:val="113366"/>
          <w:sz w:val="32"/>
        </w:rPr>
        <w:t>ROCKFORD TOWNSHIP</w:t>
      </w:r>
    </w:p>
    <w:p w14:paraId="174607D2" w14:textId="77777777" w:rsidR="00CF4D68" w:rsidRDefault="00000000" w:rsidP="00567A63">
      <w:pPr>
        <w:spacing w:after="240"/>
        <w:jc w:val="center"/>
      </w:pPr>
      <w:r>
        <w:rPr>
          <w:b/>
          <w:sz w:val="24"/>
        </w:rPr>
        <w:t>APPLICATION FOR EMPLOYMENT – MAINTENANCE WORKER POSITION</w:t>
      </w:r>
    </w:p>
    <w:p w14:paraId="74A6B38A" w14:textId="77777777" w:rsidR="00CF4D68" w:rsidRDefault="00000000" w:rsidP="00567A63">
      <w:pPr>
        <w:spacing w:after="240"/>
        <w:jc w:val="center"/>
      </w:pPr>
      <w:r>
        <w:rPr>
          <w:i/>
          <w:sz w:val="19"/>
        </w:rPr>
        <w:t>Rockford Township Hall  |  An Equal Opportunity Employer</w:t>
      </w:r>
    </w:p>
    <w:p w14:paraId="3A42B470" w14:textId="77777777" w:rsidR="00CF4D68" w:rsidRDefault="00000000" w:rsidP="00567A63">
      <w:pPr>
        <w:keepNext/>
        <w:spacing w:before="240" w:after="80"/>
      </w:pPr>
      <w:r>
        <w:rPr>
          <w:b/>
          <w:color w:val="113366"/>
          <w:sz w:val="24"/>
        </w:rPr>
        <w:t>1. PERSONAL INFORMATION</w:t>
      </w:r>
    </w:p>
    <w:p w14:paraId="2C10F78B" w14:textId="77777777" w:rsidR="00CF4D68" w:rsidRDefault="00000000" w:rsidP="00567A63">
      <w:pPr>
        <w:spacing w:after="120"/>
      </w:pPr>
      <w:r>
        <w:rPr>
          <w:b/>
        </w:rPr>
        <w:t xml:space="preserve">Full Name: </w:t>
      </w:r>
      <w:r>
        <w:rPr>
          <w:color w:val="888888"/>
        </w:rPr>
        <w:t>_____________________________________________</w:t>
      </w:r>
      <w:r>
        <w:rPr>
          <w:b/>
        </w:rPr>
        <w:t xml:space="preserve">  Date: </w:t>
      </w:r>
      <w:r>
        <w:rPr>
          <w:color w:val="888888"/>
        </w:rPr>
        <w:t>_______________</w:t>
      </w:r>
    </w:p>
    <w:p w14:paraId="21F55495" w14:textId="77777777" w:rsidR="00CF4D68" w:rsidRDefault="00000000" w:rsidP="00567A63">
      <w:pPr>
        <w:spacing w:after="120"/>
      </w:pPr>
      <w:r>
        <w:rPr>
          <w:b/>
        </w:rPr>
        <w:t xml:space="preserve">Street Address: </w:t>
      </w:r>
      <w:r>
        <w:rPr>
          <w:color w:val="888888"/>
        </w:rPr>
        <w:t>_________________________________________</w:t>
      </w:r>
      <w:r>
        <w:rPr>
          <w:b/>
        </w:rPr>
        <w:t xml:space="preserve">  Apt/Suite: </w:t>
      </w:r>
      <w:r>
        <w:rPr>
          <w:color w:val="888888"/>
        </w:rPr>
        <w:t>____________</w:t>
      </w:r>
    </w:p>
    <w:p w14:paraId="5BBA9DBC" w14:textId="77777777" w:rsidR="00CF4D68" w:rsidRDefault="00000000" w:rsidP="00567A63">
      <w:pPr>
        <w:spacing w:after="120"/>
      </w:pPr>
      <w:r>
        <w:rPr>
          <w:b/>
        </w:rPr>
        <w:t xml:space="preserve">City: </w:t>
      </w:r>
      <w:r>
        <w:rPr>
          <w:color w:val="888888"/>
        </w:rPr>
        <w:t>_________________________</w:t>
      </w:r>
      <w:r>
        <w:rPr>
          <w:b/>
        </w:rPr>
        <w:t xml:space="preserve">  State: </w:t>
      </w:r>
      <w:r>
        <w:rPr>
          <w:color w:val="888888"/>
        </w:rPr>
        <w:t>__________</w:t>
      </w:r>
      <w:r>
        <w:rPr>
          <w:b/>
        </w:rPr>
        <w:t xml:space="preserve">  ZIP Code: </w:t>
      </w:r>
      <w:r>
        <w:rPr>
          <w:color w:val="888888"/>
        </w:rPr>
        <w:t>____________</w:t>
      </w:r>
    </w:p>
    <w:p w14:paraId="21422BB0" w14:textId="5EF4E29F" w:rsidR="00CF4D68" w:rsidRDefault="00000000" w:rsidP="00567A63">
      <w:pPr>
        <w:spacing w:after="120"/>
        <w:rPr>
          <w:color w:val="888888"/>
        </w:rPr>
      </w:pPr>
      <w:r>
        <w:rPr>
          <w:b/>
        </w:rPr>
        <w:t xml:space="preserve">Phone Number: </w:t>
      </w:r>
      <w:r>
        <w:rPr>
          <w:color w:val="888888"/>
        </w:rPr>
        <w:t>________________________</w:t>
      </w:r>
      <w:r w:rsidR="00567A63">
        <w:rPr>
          <w:color w:val="888888"/>
        </w:rPr>
        <w:t>_</w:t>
      </w:r>
      <w:r w:rsidR="00567A63">
        <w:rPr>
          <w:b/>
        </w:rPr>
        <w:t xml:space="preserve"> Email</w:t>
      </w:r>
      <w:r>
        <w:rPr>
          <w:b/>
        </w:rPr>
        <w:t xml:space="preserve"> Address: </w:t>
      </w:r>
      <w:r>
        <w:rPr>
          <w:color w:val="888888"/>
        </w:rPr>
        <w:t>_________________________________</w:t>
      </w:r>
    </w:p>
    <w:p w14:paraId="77BA58A2" w14:textId="77777777" w:rsidR="00567A63" w:rsidRDefault="00567A63" w:rsidP="00567A63">
      <w:pPr>
        <w:spacing w:after="120"/>
      </w:pPr>
    </w:p>
    <w:p w14:paraId="0292B21E" w14:textId="77777777" w:rsidR="00CF4D68" w:rsidRDefault="00000000" w:rsidP="00567A63">
      <w:pPr>
        <w:keepNext/>
        <w:spacing w:before="240" w:after="80"/>
      </w:pPr>
      <w:r>
        <w:rPr>
          <w:b/>
          <w:color w:val="113366"/>
          <w:sz w:val="24"/>
        </w:rPr>
        <w:t>2. POSITION-SPECIFIC REQUIREMENTS &amp; SCREENING</w:t>
      </w:r>
    </w:p>
    <w:p w14:paraId="50C7DEB2" w14:textId="77777777" w:rsidR="00CF4D68" w:rsidRDefault="00000000" w:rsidP="00567A63">
      <w:pPr>
        <w:spacing w:after="80"/>
        <w:ind w:left="288"/>
      </w:pPr>
      <w:r>
        <w:t xml:space="preserve">Are you legally authorized to work in the United States without visa sponsorship?  </w:t>
      </w:r>
      <w:r>
        <w:rPr>
          <w:b/>
        </w:rPr>
        <w:t>[  ] Yes  [  ] No</w:t>
      </w:r>
    </w:p>
    <w:p w14:paraId="1EB73C8B" w14:textId="77777777" w:rsidR="00CF4D68" w:rsidRDefault="00000000" w:rsidP="00567A63">
      <w:pPr>
        <w:spacing w:after="80"/>
        <w:ind w:left="288"/>
      </w:pPr>
      <w:r>
        <w:t xml:space="preserve">Do you possess a valid Commercial Driver's License (CDL) Class A?  </w:t>
      </w:r>
      <w:r>
        <w:rPr>
          <w:b/>
        </w:rPr>
        <w:t>[  ] Yes  [  ] No</w:t>
      </w:r>
    </w:p>
    <w:p w14:paraId="769A5DDC" w14:textId="77777777" w:rsidR="00CF4D68" w:rsidRDefault="00000000" w:rsidP="00567A63">
      <w:pPr>
        <w:spacing w:after="80"/>
        <w:ind w:left="288"/>
      </w:pPr>
      <w:r>
        <w:t xml:space="preserve">Are you able to lift up to 50 lbs regularly and work outdoors in extreme weather conditions?  </w:t>
      </w:r>
      <w:r>
        <w:rPr>
          <w:b/>
        </w:rPr>
        <w:t>[  ] Yes  [  ] No</w:t>
      </w:r>
    </w:p>
    <w:p w14:paraId="1B0FB80F" w14:textId="77777777" w:rsidR="00CF4D68" w:rsidRDefault="00000000" w:rsidP="00567A63">
      <w:pPr>
        <w:spacing w:after="80"/>
        <w:ind w:left="288"/>
      </w:pPr>
      <w:r>
        <w:t xml:space="preserve">Do you possess a current, valid DOT Medical Card?  </w:t>
      </w:r>
      <w:r>
        <w:rPr>
          <w:b/>
        </w:rPr>
        <w:t>[  ] Yes  [  ] No</w:t>
      </w:r>
    </w:p>
    <w:p w14:paraId="4514EA18" w14:textId="77777777" w:rsidR="00CF4D68" w:rsidRDefault="00000000" w:rsidP="00567A63">
      <w:pPr>
        <w:spacing w:after="80"/>
        <w:ind w:left="288"/>
      </w:pPr>
      <w:r>
        <w:t xml:space="preserve">Are you willing to undergo mandatory pre-employment drug screening?  </w:t>
      </w:r>
      <w:r>
        <w:rPr>
          <w:b/>
        </w:rPr>
        <w:t>[  ] Yes  [  ] No</w:t>
      </w:r>
    </w:p>
    <w:p w14:paraId="4E6581F8" w14:textId="77777777" w:rsidR="00CF4D68" w:rsidRDefault="00000000" w:rsidP="00567A63">
      <w:pPr>
        <w:spacing w:after="80"/>
        <w:ind w:left="288"/>
      </w:pPr>
      <w:r>
        <w:t xml:space="preserve">Do you consent to mandatory ongoing random DOT drug and alcohol testing as required?  </w:t>
      </w:r>
      <w:r>
        <w:rPr>
          <w:b/>
        </w:rPr>
        <w:t>[  ] Yes  [  ] No</w:t>
      </w:r>
    </w:p>
    <w:p w14:paraId="2737EC79" w14:textId="46ADF087" w:rsidR="00CF4D68" w:rsidRDefault="00000000" w:rsidP="00567A63">
      <w:pPr>
        <w:spacing w:after="120"/>
        <w:ind w:left="288"/>
      </w:pPr>
      <w:r>
        <w:rPr>
          <w:b/>
        </w:rPr>
        <w:t xml:space="preserve">CDL License Number: </w:t>
      </w:r>
      <w:r>
        <w:rPr>
          <w:color w:val="888888"/>
        </w:rPr>
        <w:t>____________________</w:t>
      </w:r>
      <w:r w:rsidR="00567A63">
        <w:rPr>
          <w:color w:val="888888"/>
        </w:rPr>
        <w:t>_</w:t>
      </w:r>
      <w:r w:rsidR="00567A63">
        <w:rPr>
          <w:b/>
        </w:rPr>
        <w:t xml:space="preserve"> State</w:t>
      </w:r>
      <w:r>
        <w:rPr>
          <w:b/>
        </w:rPr>
        <w:t xml:space="preserve"> of Issuance: </w:t>
      </w:r>
      <w:r>
        <w:rPr>
          <w:color w:val="888888"/>
        </w:rPr>
        <w:t>___</w:t>
      </w:r>
      <w:r w:rsidR="00567A63">
        <w:rPr>
          <w:color w:val="888888"/>
        </w:rPr>
        <w:t>_</w:t>
      </w:r>
      <w:r w:rsidR="00567A63">
        <w:rPr>
          <w:b/>
        </w:rPr>
        <w:t xml:space="preserve"> Expiration</w:t>
      </w:r>
      <w:r>
        <w:rPr>
          <w:b/>
        </w:rPr>
        <w:t xml:space="preserve"> Date: </w:t>
      </w:r>
      <w:r>
        <w:rPr>
          <w:color w:val="888888"/>
        </w:rPr>
        <w:t>____________</w:t>
      </w:r>
    </w:p>
    <w:p w14:paraId="2777AE95" w14:textId="77777777" w:rsidR="00CF4D68" w:rsidRDefault="00000000" w:rsidP="00567A63">
      <w:pPr>
        <w:spacing w:after="120"/>
        <w:ind w:left="288"/>
        <w:rPr>
          <w:color w:val="888888"/>
        </w:rPr>
      </w:pPr>
      <w:r>
        <w:rPr>
          <w:b/>
        </w:rPr>
        <w:t>CDL Endorsements / Verifications (Check all that apply):</w:t>
      </w:r>
      <w:r>
        <w:rPr>
          <w:b/>
        </w:rPr>
        <w:br/>
      </w:r>
      <w:proofErr w:type="gramStart"/>
      <w:r>
        <w:t>[  ]</w:t>
      </w:r>
      <w:proofErr w:type="gramEnd"/>
      <w:r>
        <w:t xml:space="preserve"> Air Brakes   </w:t>
      </w:r>
      <w:proofErr w:type="gramStart"/>
      <w:r>
        <w:t xml:space="preserve">   [  ]</w:t>
      </w:r>
      <w:proofErr w:type="gramEnd"/>
      <w:r>
        <w:t xml:space="preserve"> Tanker   </w:t>
      </w:r>
      <w:proofErr w:type="gramStart"/>
      <w:r>
        <w:t xml:space="preserve">   [  ]</w:t>
      </w:r>
      <w:proofErr w:type="gramEnd"/>
      <w:r>
        <w:t xml:space="preserve"> Manual Transmission   </w:t>
      </w:r>
      <w:proofErr w:type="gramStart"/>
      <w:r>
        <w:t xml:space="preserve">   </w:t>
      </w:r>
      <w:r>
        <w:rPr>
          <w:b/>
        </w:rPr>
        <w:t>[  ]</w:t>
      </w:r>
      <w:proofErr w:type="gramEnd"/>
      <w:r>
        <w:rPr>
          <w:b/>
        </w:rPr>
        <w:t xml:space="preserve"> Other:  </w:t>
      </w:r>
      <w:r>
        <w:rPr>
          <w:color w:val="888888"/>
        </w:rPr>
        <w:t>____________________</w:t>
      </w:r>
    </w:p>
    <w:p w14:paraId="3D08E6CC" w14:textId="77777777" w:rsidR="00567A63" w:rsidRDefault="00567A63" w:rsidP="00567A63">
      <w:pPr>
        <w:spacing w:after="120"/>
        <w:ind w:left="288"/>
      </w:pPr>
    </w:p>
    <w:p w14:paraId="35714EB0" w14:textId="77777777" w:rsidR="00CF4D68" w:rsidRDefault="00000000" w:rsidP="00567A63">
      <w:pPr>
        <w:keepNext/>
        <w:spacing w:before="240" w:after="80"/>
      </w:pPr>
      <w:r>
        <w:rPr>
          <w:b/>
          <w:color w:val="113366"/>
          <w:sz w:val="24"/>
        </w:rPr>
        <w:t>3. EDUCATION &amp; QUALIFICATIONS</w:t>
      </w:r>
    </w:p>
    <w:p w14:paraId="56E4977E" w14:textId="5C6CDE97" w:rsidR="00CF4D68" w:rsidRDefault="00000000" w:rsidP="00567A63">
      <w:pPr>
        <w:spacing w:after="120"/>
      </w:pPr>
      <w:r>
        <w:rPr>
          <w:b/>
        </w:rPr>
        <w:t xml:space="preserve">Do you possess a High School Diploma or GED equivalent?   </w:t>
      </w:r>
      <w:proofErr w:type="gramStart"/>
      <w:r>
        <w:rPr>
          <w:b/>
        </w:rPr>
        <w:t>[  ]</w:t>
      </w:r>
      <w:proofErr w:type="gramEnd"/>
      <w:r>
        <w:rPr>
          <w:b/>
        </w:rPr>
        <w:t xml:space="preserve"> Yes</w:t>
      </w:r>
      <w:proofErr w:type="gramStart"/>
      <w:r>
        <w:rPr>
          <w:b/>
        </w:rPr>
        <w:t xml:space="preserve">   [  ]</w:t>
      </w:r>
      <w:proofErr w:type="gramEnd"/>
      <w:r>
        <w:rPr>
          <w:b/>
        </w:rPr>
        <w:t xml:space="preserve"> No</w:t>
      </w:r>
      <w:r>
        <w:rPr>
          <w:b/>
        </w:rPr>
        <w:br/>
        <w:t xml:space="preserve">Name of School/Issuing Institution: </w:t>
      </w:r>
      <w:r>
        <w:rPr>
          <w:color w:val="888888"/>
        </w:rPr>
        <w:t>_________________________</w:t>
      </w:r>
      <w:r w:rsidR="00567A63">
        <w:rPr>
          <w:color w:val="888888"/>
        </w:rPr>
        <w:t>_</w:t>
      </w:r>
      <w:r w:rsidR="00567A63">
        <w:rPr>
          <w:b/>
        </w:rPr>
        <w:t xml:space="preserve"> Location</w:t>
      </w:r>
      <w:r>
        <w:rPr>
          <w:b/>
        </w:rPr>
        <w:t xml:space="preserve"> (City, State): </w:t>
      </w:r>
      <w:r>
        <w:rPr>
          <w:color w:val="888888"/>
        </w:rPr>
        <w:t>_______________</w:t>
      </w:r>
    </w:p>
    <w:p w14:paraId="1A94A9A6" w14:textId="77777777" w:rsidR="00CF4D68" w:rsidRDefault="00000000" w:rsidP="00567A63">
      <w:pPr>
        <w:spacing w:after="120"/>
        <w:rPr>
          <w:color w:val="888888"/>
        </w:rPr>
      </w:pPr>
      <w:r>
        <w:rPr>
          <w:b/>
        </w:rPr>
        <w:t>List any specialized heavy machinery certifications or training relevant to this role:</w:t>
      </w:r>
      <w:r>
        <w:rPr>
          <w:b/>
        </w:rPr>
        <w:br/>
        <w:t xml:space="preserve"> </w:t>
      </w:r>
      <w:r>
        <w:rPr>
          <w:color w:val="888888"/>
        </w:rPr>
        <w:t>___________________________________________________________________________</w:t>
      </w:r>
    </w:p>
    <w:p w14:paraId="007075D0" w14:textId="77777777" w:rsidR="00567A63" w:rsidRDefault="00567A63" w:rsidP="00567A63">
      <w:pPr>
        <w:spacing w:after="120"/>
      </w:pPr>
    </w:p>
    <w:p w14:paraId="543CF5DB" w14:textId="77777777" w:rsidR="00CF4D68" w:rsidRDefault="00000000" w:rsidP="00567A63">
      <w:pPr>
        <w:keepNext/>
        <w:spacing w:before="240" w:after="80"/>
      </w:pPr>
      <w:r>
        <w:rPr>
          <w:b/>
          <w:color w:val="113366"/>
          <w:sz w:val="24"/>
        </w:rPr>
        <w:t>4. EMPLOYMENT HISTORY (List recent relevant experience first)</w:t>
      </w:r>
    </w:p>
    <w:p w14:paraId="41B0C75F" w14:textId="77777777" w:rsidR="00CF4D68" w:rsidRDefault="00000000" w:rsidP="00567A63">
      <w:pPr>
        <w:keepNext/>
        <w:spacing w:after="80"/>
      </w:pPr>
      <w:r>
        <w:rPr>
          <w:b/>
        </w:rPr>
        <w:t xml:space="preserve">Employer 1: </w:t>
      </w:r>
    </w:p>
    <w:p w14:paraId="3CA615A4" w14:textId="5463A4F8" w:rsidR="00567A63" w:rsidRDefault="00000000" w:rsidP="00567A63">
      <w:pPr>
        <w:spacing w:after="80"/>
        <w:rPr>
          <w:b/>
        </w:rPr>
      </w:pPr>
      <w:r>
        <w:rPr>
          <w:b/>
        </w:rPr>
        <w:t xml:space="preserve">Company Name: </w:t>
      </w:r>
      <w:r>
        <w:rPr>
          <w:color w:val="888888"/>
        </w:rPr>
        <w:t>________________________</w:t>
      </w:r>
      <w:r w:rsidR="00567A63">
        <w:rPr>
          <w:color w:val="888888"/>
        </w:rPr>
        <w:t>_</w:t>
      </w:r>
      <w:r w:rsidR="00567A63">
        <w:rPr>
          <w:b/>
        </w:rPr>
        <w:t xml:space="preserve"> Job</w:t>
      </w:r>
      <w:r>
        <w:rPr>
          <w:b/>
        </w:rPr>
        <w:t xml:space="preserve"> Title: </w:t>
      </w:r>
      <w:r>
        <w:rPr>
          <w:color w:val="888888"/>
        </w:rPr>
        <w:t>_________________________</w:t>
      </w:r>
      <w:r>
        <w:rPr>
          <w:b/>
        </w:rPr>
        <w:t xml:space="preserve">  </w:t>
      </w:r>
    </w:p>
    <w:p w14:paraId="35DD682C" w14:textId="5B99F703" w:rsidR="00CF4D68" w:rsidRDefault="00000000" w:rsidP="00567A63">
      <w:pPr>
        <w:spacing w:after="80"/>
      </w:pPr>
      <w:r>
        <w:rPr>
          <w:b/>
        </w:rPr>
        <w:t xml:space="preserve">Dates Employed: </w:t>
      </w:r>
      <w:r>
        <w:rPr>
          <w:color w:val="888888"/>
        </w:rPr>
        <w:t>_______________</w:t>
      </w:r>
    </w:p>
    <w:p w14:paraId="6CF32EBB" w14:textId="0AE97A43" w:rsidR="00567A63" w:rsidRDefault="00000000" w:rsidP="00567A63">
      <w:pPr>
        <w:spacing w:after="80"/>
      </w:pPr>
      <w:r>
        <w:rPr>
          <w:b/>
        </w:rPr>
        <w:t xml:space="preserve">Supervisor Name/Title: </w:t>
      </w:r>
      <w:r>
        <w:rPr>
          <w:color w:val="888888"/>
        </w:rPr>
        <w:t>________________________</w:t>
      </w:r>
      <w:r w:rsidR="00567A63">
        <w:rPr>
          <w:color w:val="888888"/>
        </w:rPr>
        <w:t>_</w:t>
      </w:r>
      <w:r w:rsidR="00567A63">
        <w:rPr>
          <w:b/>
        </w:rPr>
        <w:t xml:space="preserve"> Phone</w:t>
      </w:r>
      <w:r>
        <w:rPr>
          <w:b/>
        </w:rPr>
        <w:t xml:space="preserve">: </w:t>
      </w:r>
      <w:r>
        <w:rPr>
          <w:color w:val="888888"/>
        </w:rPr>
        <w:t>_______________</w:t>
      </w:r>
      <w:r>
        <w:t xml:space="preserve">   </w:t>
      </w:r>
    </w:p>
    <w:p w14:paraId="09F21F9A" w14:textId="4A990F77" w:rsidR="00CF4D68" w:rsidRDefault="00000000" w:rsidP="00567A63">
      <w:pPr>
        <w:spacing w:after="80"/>
      </w:pPr>
      <w:r>
        <w:t>May we contact?  [  ] Yes  [  ] No</w:t>
      </w:r>
    </w:p>
    <w:p w14:paraId="28B31297" w14:textId="77777777" w:rsidR="00CF4D68" w:rsidRDefault="00000000" w:rsidP="00567A63">
      <w:pPr>
        <w:spacing w:after="120"/>
      </w:pPr>
      <w:r>
        <w:rPr>
          <w:b/>
        </w:rPr>
        <w:t xml:space="preserve">Primary Duties: </w:t>
      </w:r>
      <w:r>
        <w:rPr>
          <w:color w:val="888888"/>
        </w:rPr>
        <w:t>___________________________________________________________________________</w:t>
      </w:r>
    </w:p>
    <w:p w14:paraId="78DCF4CE" w14:textId="77777777" w:rsidR="00CF4D68" w:rsidRDefault="00000000" w:rsidP="00567A63">
      <w:r>
        <w:rPr>
          <w:b/>
        </w:rPr>
        <w:t xml:space="preserve">Reason for Leaving: </w:t>
      </w:r>
      <w:r>
        <w:rPr>
          <w:color w:val="888888"/>
        </w:rPr>
        <w:t>_________________________________________________________________________</w:t>
      </w:r>
    </w:p>
    <w:p w14:paraId="1CBEB7B2" w14:textId="77777777" w:rsidR="00567A63" w:rsidRDefault="00567A63" w:rsidP="00567A63">
      <w:pPr>
        <w:keepNext/>
        <w:spacing w:after="80"/>
        <w:rPr>
          <w:b/>
        </w:rPr>
      </w:pPr>
    </w:p>
    <w:p w14:paraId="4FA88DC1" w14:textId="682634A6" w:rsidR="00CF4D68" w:rsidRDefault="00000000" w:rsidP="00567A63">
      <w:pPr>
        <w:keepNext/>
        <w:spacing w:after="80"/>
      </w:pPr>
      <w:r>
        <w:rPr>
          <w:b/>
        </w:rPr>
        <w:t xml:space="preserve">Employer 2: </w:t>
      </w:r>
    </w:p>
    <w:p w14:paraId="2F3CF4CC" w14:textId="18BD9234" w:rsidR="00567A63" w:rsidRDefault="00000000" w:rsidP="00567A63">
      <w:pPr>
        <w:spacing w:after="80"/>
        <w:rPr>
          <w:b/>
        </w:rPr>
      </w:pPr>
      <w:r>
        <w:rPr>
          <w:b/>
        </w:rPr>
        <w:t xml:space="preserve">Company Name: </w:t>
      </w:r>
      <w:r>
        <w:rPr>
          <w:color w:val="888888"/>
        </w:rPr>
        <w:t>________________________</w:t>
      </w:r>
      <w:r w:rsidR="00567A63">
        <w:rPr>
          <w:color w:val="888888"/>
        </w:rPr>
        <w:t>_</w:t>
      </w:r>
      <w:r w:rsidR="00567A63">
        <w:rPr>
          <w:b/>
        </w:rPr>
        <w:t xml:space="preserve"> Job</w:t>
      </w:r>
      <w:r>
        <w:rPr>
          <w:b/>
        </w:rPr>
        <w:t xml:space="preserve"> Title: </w:t>
      </w:r>
      <w:r>
        <w:rPr>
          <w:color w:val="888888"/>
        </w:rPr>
        <w:t>_________________________</w:t>
      </w:r>
      <w:r>
        <w:rPr>
          <w:b/>
        </w:rPr>
        <w:t xml:space="preserve">  </w:t>
      </w:r>
    </w:p>
    <w:p w14:paraId="1052F5F7" w14:textId="03C4C818" w:rsidR="00CF4D68" w:rsidRDefault="00000000" w:rsidP="00567A63">
      <w:pPr>
        <w:spacing w:after="80"/>
      </w:pPr>
      <w:r>
        <w:rPr>
          <w:b/>
        </w:rPr>
        <w:t xml:space="preserve">Dates Employed: </w:t>
      </w:r>
      <w:r>
        <w:rPr>
          <w:color w:val="888888"/>
        </w:rPr>
        <w:t>_______________</w:t>
      </w:r>
    </w:p>
    <w:p w14:paraId="72CB7E9A" w14:textId="5DCF825D" w:rsidR="00567A63" w:rsidRDefault="00000000" w:rsidP="00567A63">
      <w:pPr>
        <w:spacing w:after="80"/>
      </w:pPr>
      <w:r>
        <w:rPr>
          <w:b/>
        </w:rPr>
        <w:t xml:space="preserve">Supervisor Name/Title: </w:t>
      </w:r>
      <w:r>
        <w:rPr>
          <w:color w:val="888888"/>
        </w:rPr>
        <w:t>________________________</w:t>
      </w:r>
      <w:r w:rsidR="00567A63">
        <w:rPr>
          <w:color w:val="888888"/>
        </w:rPr>
        <w:t>_</w:t>
      </w:r>
      <w:r w:rsidR="00567A63">
        <w:rPr>
          <w:b/>
        </w:rPr>
        <w:t xml:space="preserve"> Phone</w:t>
      </w:r>
      <w:r>
        <w:rPr>
          <w:b/>
        </w:rPr>
        <w:t xml:space="preserve">: </w:t>
      </w:r>
      <w:r>
        <w:rPr>
          <w:color w:val="888888"/>
        </w:rPr>
        <w:t>_______________</w:t>
      </w:r>
      <w:r>
        <w:t xml:space="preserve">   </w:t>
      </w:r>
    </w:p>
    <w:p w14:paraId="59B2B7D5" w14:textId="4854A85B" w:rsidR="00CF4D68" w:rsidRDefault="00000000" w:rsidP="00567A63">
      <w:pPr>
        <w:spacing w:after="80"/>
      </w:pPr>
      <w:r>
        <w:t>May we contact?  [  ] Yes  [  ] No</w:t>
      </w:r>
    </w:p>
    <w:p w14:paraId="38433B93" w14:textId="77777777" w:rsidR="00CF4D68" w:rsidRDefault="00000000" w:rsidP="00567A63">
      <w:pPr>
        <w:spacing w:after="120"/>
      </w:pPr>
      <w:r>
        <w:rPr>
          <w:b/>
        </w:rPr>
        <w:t xml:space="preserve">Primary Duties: </w:t>
      </w:r>
      <w:r>
        <w:rPr>
          <w:color w:val="888888"/>
        </w:rPr>
        <w:t>___________________________________________________________________________</w:t>
      </w:r>
    </w:p>
    <w:p w14:paraId="06513E0A" w14:textId="77777777" w:rsidR="00CF4D68" w:rsidRDefault="00000000" w:rsidP="00567A63">
      <w:pPr>
        <w:rPr>
          <w:color w:val="888888"/>
        </w:rPr>
      </w:pPr>
      <w:r>
        <w:rPr>
          <w:b/>
        </w:rPr>
        <w:t xml:space="preserve">Reason for Leaving: </w:t>
      </w:r>
      <w:r>
        <w:rPr>
          <w:color w:val="888888"/>
        </w:rPr>
        <w:t>_________________________________________________________________________</w:t>
      </w:r>
    </w:p>
    <w:p w14:paraId="40DE1C19" w14:textId="77777777" w:rsidR="00567A63" w:rsidRDefault="00567A63" w:rsidP="00567A63"/>
    <w:p w14:paraId="75C5AB9E" w14:textId="77777777" w:rsidR="00CF4D68" w:rsidRDefault="00000000" w:rsidP="00567A63">
      <w:pPr>
        <w:keepNext/>
        <w:spacing w:before="240" w:after="80"/>
      </w:pPr>
      <w:r>
        <w:rPr>
          <w:b/>
          <w:color w:val="113366"/>
          <w:sz w:val="24"/>
        </w:rPr>
        <w:t>5. PROFESSIONAL REFERENCES</w:t>
      </w:r>
    </w:p>
    <w:p w14:paraId="3B55D01F" w14:textId="77777777" w:rsidR="00CF4D68" w:rsidRDefault="00000000" w:rsidP="00567A63">
      <w:pPr>
        <w:spacing w:after="80"/>
      </w:pPr>
      <w:r>
        <w:rPr>
          <w:i/>
        </w:rPr>
        <w:t>Please provide names and contact information for two (2) professional references.</w:t>
      </w:r>
    </w:p>
    <w:p w14:paraId="5F8EAAEC" w14:textId="6CFBF6D8" w:rsidR="00567A63" w:rsidRDefault="00000000" w:rsidP="00567A63">
      <w:pPr>
        <w:spacing w:after="80"/>
        <w:rPr>
          <w:b/>
        </w:rPr>
      </w:pPr>
      <w:r>
        <w:rPr>
          <w:b/>
        </w:rPr>
        <w:t xml:space="preserve">Reference 1 </w:t>
      </w:r>
      <w:r w:rsidR="00567A63">
        <w:rPr>
          <w:b/>
        </w:rPr>
        <w:t xml:space="preserve">Name: </w:t>
      </w:r>
      <w:r w:rsidR="00567A63">
        <w:rPr>
          <w:color w:val="888888"/>
        </w:rPr>
        <w:t xml:space="preserve">___________________________ </w:t>
      </w:r>
      <w:r w:rsidR="00567A63">
        <w:rPr>
          <w:b/>
        </w:rPr>
        <w:t>Relationship/Title</w:t>
      </w:r>
      <w:r w:rsidR="00567A63">
        <w:rPr>
          <w:color w:val="888888"/>
        </w:rPr>
        <w:t>: __</w:t>
      </w:r>
      <w:r>
        <w:rPr>
          <w:color w:val="888888"/>
        </w:rPr>
        <w:t>_________</w:t>
      </w:r>
      <w:r w:rsidR="00567A63">
        <w:rPr>
          <w:color w:val="888888"/>
        </w:rPr>
        <w:t>__</w:t>
      </w:r>
      <w:r>
        <w:rPr>
          <w:color w:val="888888"/>
        </w:rPr>
        <w:t>__________</w:t>
      </w:r>
      <w:r w:rsidR="00567A63">
        <w:rPr>
          <w:color w:val="888888"/>
        </w:rPr>
        <w:t>_</w:t>
      </w:r>
      <w:r w:rsidR="00567A63">
        <w:rPr>
          <w:b/>
        </w:rPr>
        <w:t xml:space="preserve"> </w:t>
      </w:r>
    </w:p>
    <w:p w14:paraId="661E1BB0" w14:textId="2E67CF76" w:rsidR="00CF4D68" w:rsidRDefault="00567A63" w:rsidP="00567A63">
      <w:pPr>
        <w:spacing w:after="80"/>
      </w:pPr>
      <w:r>
        <w:rPr>
          <w:b/>
        </w:rPr>
        <w:t>Phone</w:t>
      </w:r>
      <w:r w:rsidR="00000000">
        <w:rPr>
          <w:b/>
        </w:rPr>
        <w:t xml:space="preserve">/Email: </w:t>
      </w:r>
      <w:r w:rsidR="00000000">
        <w:rPr>
          <w:color w:val="888888"/>
        </w:rPr>
        <w:t>____________________</w:t>
      </w:r>
    </w:p>
    <w:p w14:paraId="2C191464" w14:textId="49006FEC" w:rsidR="00CF4D68" w:rsidRDefault="00000000" w:rsidP="00567A63">
      <w:pPr>
        <w:spacing w:after="80"/>
        <w:rPr>
          <w:color w:val="888888"/>
        </w:rPr>
      </w:pPr>
      <w:r>
        <w:rPr>
          <w:b/>
        </w:rPr>
        <w:t xml:space="preserve">Reference 2 Name: </w:t>
      </w:r>
      <w:r>
        <w:rPr>
          <w:color w:val="888888"/>
        </w:rPr>
        <w:t>_________________</w:t>
      </w:r>
      <w:r w:rsidR="00567A63">
        <w:rPr>
          <w:color w:val="888888"/>
        </w:rPr>
        <w:t>__</w:t>
      </w:r>
      <w:r>
        <w:rPr>
          <w:color w:val="888888"/>
        </w:rPr>
        <w:t>_______</w:t>
      </w:r>
      <w:r w:rsidR="00567A63">
        <w:rPr>
          <w:color w:val="888888"/>
        </w:rPr>
        <w:t>_</w:t>
      </w:r>
      <w:r w:rsidR="00567A63">
        <w:rPr>
          <w:b/>
        </w:rPr>
        <w:t xml:space="preserve"> Relationship</w:t>
      </w:r>
      <w:r>
        <w:rPr>
          <w:b/>
        </w:rPr>
        <w:t xml:space="preserve">/Title: </w:t>
      </w:r>
      <w:r>
        <w:rPr>
          <w:color w:val="888888"/>
        </w:rPr>
        <w:t>______</w:t>
      </w:r>
      <w:r w:rsidR="00567A63">
        <w:rPr>
          <w:color w:val="888888"/>
        </w:rPr>
        <w:t>__</w:t>
      </w:r>
      <w:r>
        <w:rPr>
          <w:color w:val="888888"/>
        </w:rPr>
        <w:t>_____________</w:t>
      </w:r>
      <w:r w:rsidR="00567A63">
        <w:rPr>
          <w:color w:val="888888"/>
        </w:rPr>
        <w:t>_</w:t>
      </w:r>
      <w:r w:rsidR="00567A63">
        <w:rPr>
          <w:b/>
        </w:rPr>
        <w:t xml:space="preserve"> Phone</w:t>
      </w:r>
      <w:r>
        <w:rPr>
          <w:b/>
        </w:rPr>
        <w:t xml:space="preserve">/Email: </w:t>
      </w:r>
      <w:r>
        <w:rPr>
          <w:color w:val="888888"/>
        </w:rPr>
        <w:t>____________________</w:t>
      </w:r>
    </w:p>
    <w:p w14:paraId="3278B32F" w14:textId="77777777" w:rsidR="00567A63" w:rsidRDefault="00567A63" w:rsidP="00567A63">
      <w:pPr>
        <w:spacing w:after="80"/>
      </w:pPr>
    </w:p>
    <w:p w14:paraId="593017EB" w14:textId="77777777" w:rsidR="00CF4D68" w:rsidRDefault="00000000" w:rsidP="00567A63">
      <w:pPr>
        <w:keepNext/>
        <w:spacing w:before="240" w:after="80"/>
      </w:pPr>
      <w:r>
        <w:rPr>
          <w:b/>
          <w:color w:val="113366"/>
          <w:sz w:val="24"/>
        </w:rPr>
        <w:t>6. APPLICANT CERTIFICATION &amp; SIGNATURE</w:t>
      </w:r>
    </w:p>
    <w:p w14:paraId="2512792D" w14:textId="77777777" w:rsidR="00CF4D68" w:rsidRDefault="00000000" w:rsidP="00567A63">
      <w:pPr>
        <w:spacing w:after="280"/>
        <w:jc w:val="both"/>
      </w:pPr>
      <w:r>
        <w:rPr>
          <w:sz w:val="18"/>
        </w:rPr>
        <w:t>I certify that all statements and information provided in this employment application are true, complete, and correct to the best of my knowledge. I understand that any false statement, omission, or misrepresentation of facts on this application or during the hiring process shall be grounds for immediate rejection of my candidacy or termination of employment, regardless of when discovered.</w:t>
      </w:r>
      <w:r>
        <w:rPr>
          <w:sz w:val="18"/>
        </w:rPr>
        <w:br/>
      </w:r>
      <w:r>
        <w:rPr>
          <w:sz w:val="18"/>
        </w:rPr>
        <w:br/>
        <w:t>I hereby authorize Rockford Township and its designated agents to conduct a comprehensive background check, verify employment history, contact references, evaluate driving records, and confirm education credentials. I understand that employment is contingent upon passing a mandatory pre-employment drug screening and maintaining physical eligibility to complete essential job functions. I further acknowledge that if hired, I will be subject to ongoing random drug and alcohol testing schedules in compliance with federal DOT regulations.</w:t>
      </w:r>
    </w:p>
    <w:p w14:paraId="50BF6EEA" w14:textId="77777777" w:rsidR="00CF4D68" w:rsidRDefault="00000000" w:rsidP="00567A63">
      <w:pPr>
        <w:spacing w:before="240"/>
      </w:pPr>
      <w:r>
        <w:rPr>
          <w:b/>
        </w:rPr>
        <w:t xml:space="preserve">Applicant Signature: </w:t>
      </w:r>
      <w:r>
        <w:rPr>
          <w:color w:val="888888"/>
        </w:rPr>
        <w:t>_____________________________________________</w:t>
      </w:r>
      <w:r>
        <w:rPr>
          <w:b/>
        </w:rPr>
        <w:t xml:space="preserve">  Date: </w:t>
      </w:r>
      <w:r>
        <w:rPr>
          <w:color w:val="888888"/>
        </w:rPr>
        <w:t>_______________</w:t>
      </w:r>
    </w:p>
    <w:sectPr w:rsidR="00CF4D68"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4619151">
    <w:abstractNumId w:val="8"/>
  </w:num>
  <w:num w:numId="2" w16cid:durableId="901479153">
    <w:abstractNumId w:val="6"/>
  </w:num>
  <w:num w:numId="3" w16cid:durableId="1904561636">
    <w:abstractNumId w:val="5"/>
  </w:num>
  <w:num w:numId="4" w16cid:durableId="2006934104">
    <w:abstractNumId w:val="4"/>
  </w:num>
  <w:num w:numId="5" w16cid:durableId="591865177">
    <w:abstractNumId w:val="7"/>
  </w:num>
  <w:num w:numId="6" w16cid:durableId="1619675287">
    <w:abstractNumId w:val="3"/>
  </w:num>
  <w:num w:numId="7" w16cid:durableId="1943611587">
    <w:abstractNumId w:val="2"/>
  </w:num>
  <w:num w:numId="8" w16cid:durableId="1726442028">
    <w:abstractNumId w:val="1"/>
  </w:num>
  <w:num w:numId="9" w16cid:durableId="350648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67A63"/>
    <w:rsid w:val="00694C82"/>
    <w:rsid w:val="00AA1D8D"/>
    <w:rsid w:val="00B47730"/>
    <w:rsid w:val="00CB0664"/>
    <w:rsid w:val="00CF4D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727368"/>
  <w14:defaultImageDpi w14:val="300"/>
  <w15:docId w15:val="{C83527E5-2107-43B0-94FB-238C3DFA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22222"/>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Connie Hunt</cp:lastModifiedBy>
  <cp:revision>2</cp:revision>
  <cp:lastPrinted>2026-09-02T18:53:00Z</cp:lastPrinted>
  <dcterms:created xsi:type="dcterms:W3CDTF">2013-12-23T23:15:00Z</dcterms:created>
  <dcterms:modified xsi:type="dcterms:W3CDTF">2026-09-02T18:57:00Z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77a37389-c2c2-44fb-a566-52ba09671226</vt:lpwstr>
  </property>
</Properties>
</file>